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High-Converting Email Templates (15)</w:t>
      </w:r>
    </w:p>
    <w:p>
      <w:r>
        <w:t>Created by Global Digital Projects · globaldigitalprojects.in · Book a call: https://calendly.com/mohdasif-digital/how-qualified-lead-works-for-agencies-growth</w:t>
      </w:r>
    </w:p>
    <w:p>
      <w:pPr>
        <w:pStyle w:val="Heading2"/>
      </w:pPr>
      <w:r>
        <w:t>1. Cold Email #1 – Quick Win</w:t>
      </w:r>
    </w:p>
    <w:p>
      <w:r>
        <w:t>Subject: Quick idea for {company}</w:t>
      </w:r>
    </w:p>
    <w:p>
      <w:r>
        <w:t>Hi {first_name},</w:t>
        <w:br/>
        <w:br/>
        <w:t>Took a 2-minute look at {company}. Found one simple win that could lift inbound leads in {city}.</w:t>
        <w:br/>
        <w:t>Want the 3-line outline? If yes, I’ll send it over.</w:t>
        <w:br/>
        <w:br/>
        <w:t>Best,</w:t>
        <w:br/>
        <w:t>{sender_name}</w:t>
        <w:br/>
        <w:t>{sender_role}</w:t>
        <w:br/>
        <w:t>{sender_company}</w:t>
      </w:r>
    </w:p>
    <w:p>
      <w:pPr>
        <w:pStyle w:val="Heading2"/>
      </w:pPr>
      <w:r>
        <w:t>2. Cold Email #2 – Pain Point</w:t>
      </w:r>
    </w:p>
    <w:p>
      <w:r>
        <w:t>Subject: Noticed a small gap at {company}</w:t>
      </w:r>
    </w:p>
    <w:p>
      <w:r>
        <w:t>Hi {first_name},</w:t>
        <w:br/>
        <w:br/>
        <w:t>Teams like yours often struggle with {pain_point} during {timeframe}. We’ve fixed this for similar firms without long projects.</w:t>
        <w:br/>
        <w:t>Worth a short chat?</w:t>
        <w:br/>
        <w:br/>
        <w:t>Cheers,</w:t>
        <w:br/>
        <w:t>{sender_name}</w:t>
      </w:r>
    </w:p>
    <w:p>
      <w:pPr>
        <w:pStyle w:val="Heading2"/>
      </w:pPr>
      <w:r>
        <w:t>3. Follow-up #1 – Nudge</w:t>
      </w:r>
    </w:p>
    <w:p>
      <w:r>
        <w:t>Subject: Re: {previous_subject}</w:t>
      </w:r>
    </w:p>
    <w:p>
      <w:r>
        <w:t>Hi {first_name},</w:t>
        <w:br/>
        <w:br/>
        <w:t>Circling back in case this slipped the inbox. Happy to share a 1-page plan or leave you with a checklist.</w:t>
        <w:br/>
        <w:br/>
        <w:t>— {sender_name}</w:t>
      </w:r>
    </w:p>
    <w:p>
      <w:pPr>
        <w:pStyle w:val="Heading2"/>
      </w:pPr>
      <w:r>
        <w:t>4. Follow-up #2 – Value Drop</w:t>
      </w:r>
    </w:p>
    <w:p>
      <w:r>
        <w:t>Subject: Free checklist for {company}</w:t>
      </w:r>
    </w:p>
    <w:p>
      <w:r>
        <w:t>Hi {first_name},</w:t>
        <w:br/>
        <w:br/>
        <w:t>Here’s a simple checklist we use to get fast wins: • one offer • one page • one channel • measure weekly.</w:t>
        <w:br/>
        <w:br/>
        <w:t>Best,</w:t>
        <w:br/>
        <w:t>{sender_name}</w:t>
      </w:r>
    </w:p>
    <w:p>
      <w:pPr>
        <w:pStyle w:val="Heading2"/>
      </w:pPr>
      <w:r>
        <w:t>5. Breakup – Permission Based</w:t>
      </w:r>
    </w:p>
    <w:p>
      <w:r>
        <w:t>Subject: Close this loop?</w:t>
      </w:r>
    </w:p>
    <w:p>
      <w:r>
        <w:t>Hi {first_name},</w:t>
        <w:br/>
        <w:br/>
        <w:t>I don’t want to crowd your inbox. Should I close this thread or keep you posted with rare, practical ideas?</w:t>
        <w:br/>
        <w:br/>
        <w:t>Thanks,</w:t>
        <w:br/>
        <w:t>{sender_name}</w:t>
      </w:r>
    </w:p>
    <w:p>
      <w:pPr>
        <w:pStyle w:val="Heading2"/>
      </w:pPr>
      <w:r>
        <w:t>6. Referral Ask</w:t>
      </w:r>
    </w:p>
    <w:p>
      <w:r>
        <w:t>Subject: Who owns this at {company}?</w:t>
      </w:r>
    </w:p>
    <w:p>
      <w:r>
        <w:t>Hi {first_name},</w:t>
        <w:br/>
        <w:br/>
        <w:t>If you’re not the right person, who would you suggest I speak with about {topic}? I’ll be brief and respectful.</w:t>
        <w:br/>
        <w:br/>
        <w:t>Thank you,</w:t>
        <w:br/>
        <w:t>{sender_name}</w:t>
      </w:r>
    </w:p>
    <w:p>
      <w:pPr>
        <w:pStyle w:val="Heading2"/>
      </w:pPr>
      <w:r>
        <w:t>7. Reply to Positive</w:t>
      </w:r>
    </w:p>
    <w:p>
      <w:r>
        <w:t>Subject: Re: {previous_subject}</w:t>
      </w:r>
    </w:p>
    <w:p>
      <w:r>
        <w:t>Great—thanks, {first_name}! Here’s a short agenda for 15 minutes:</w:t>
        <w:br/>
        <w:t>1) goal</w:t>
        <w:br/>
        <w:t>2) what’s working / not</w:t>
        <w:br/>
        <w:t>3) quick plan + next step</w:t>
        <w:br/>
        <w:br/>
        <w:t>Talk soon,</w:t>
        <w:br/>
        <w:t>{sender_name}</w:t>
      </w:r>
    </w:p>
    <w:p>
      <w:pPr>
        <w:pStyle w:val="Heading2"/>
      </w:pPr>
      <w:r>
        <w:t>8. No Show Follow-up</w:t>
      </w:r>
    </w:p>
    <w:p>
      <w:r>
        <w:t>Subject: Shall we reschedule?</w:t>
      </w:r>
    </w:p>
    <w:p>
      <w:r>
        <w:t>Hi {first_name},</w:t>
        <w:br/>
        <w:br/>
        <w:t>Looks like we missed each other. Here are two times: {slot_a} or {slot_b}. If none work, send one that does.</w:t>
        <w:br/>
        <w:br/>
        <w:t>— {sender_name}</w:t>
      </w:r>
    </w:p>
    <w:p>
      <w:pPr>
        <w:pStyle w:val="Heading2"/>
      </w:pPr>
      <w:r>
        <w:t>9. Case Study Teaser</w:t>
      </w:r>
    </w:p>
    <w:p>
      <w:r>
        <w:t>Subject: How {peer_company} booked {metric} meetings</w:t>
      </w:r>
    </w:p>
    <w:p>
      <w:r>
        <w:t>Hi {first_name},</w:t>
        <w:br/>
        <w:br/>
        <w:t>Quick case: we helped {peer_company} book {metric} qualified meetings in {weeks} weeks. Want the 1-page breakdown?</w:t>
        <w:br/>
        <w:br/>
        <w:t>Best,</w:t>
        <w:br/>
        <w:t>{sender_name}</w:t>
      </w:r>
    </w:p>
    <w:p>
      <w:pPr>
        <w:pStyle w:val="Heading2"/>
      </w:pPr>
      <w:r>
        <w:t>10. Re-engagement (old lead)</w:t>
      </w:r>
    </w:p>
    <w:p>
      <w:r>
        <w:t>Subject: Still relevant?</w:t>
      </w:r>
    </w:p>
    <w:p>
      <w:r>
        <w:t>Hi {first_name},</w:t>
        <w:br/>
        <w:br/>
        <w:t>We spoke a while back about {topic}. Is this still on your list? I can share a light plan.</w:t>
        <w:br/>
        <w:br/>
        <w:t>Regards,</w:t>
        <w:br/>
        <w:t>{sender_name}</w:t>
      </w:r>
    </w:p>
    <w:p>
      <w:pPr>
        <w:pStyle w:val="Heading2"/>
      </w:pPr>
      <w:r>
        <w:t>11. Pricing Guard</w:t>
      </w:r>
    </w:p>
    <w:p>
      <w:r>
        <w:t>Subject: Simple pricing for {company}</w:t>
      </w:r>
    </w:p>
    <w:p>
      <w:r>
        <w:t>Hi {first_name},</w:t>
        <w:br/>
        <w:br/>
        <w:t>We keep pricing simple: clear scope, small pilot, no lock-ins. Want a sample plan with ranges?</w:t>
        <w:br/>
        <w:br/>
        <w:t>Thanks,</w:t>
        <w:br/>
        <w:t>{sender_name}</w:t>
      </w:r>
    </w:p>
    <w:p>
      <w:pPr>
        <w:pStyle w:val="Heading2"/>
      </w:pPr>
      <w:r>
        <w:t>12. After Content Download</w:t>
      </w:r>
    </w:p>
    <w:p>
      <w:r>
        <w:t>Subject: Useful next step for {company}</w:t>
      </w:r>
    </w:p>
    <w:p>
      <w:r>
        <w:t>Hi {first_name},</w:t>
        <w:br/>
        <w:br/>
        <w:t>Saw you grabbed our guide. Next up is the 90-minute sprint plan. Want it?</w:t>
        <w:br/>
        <w:br/>
        <w:t>Best,</w:t>
        <w:br/>
        <w:t>{sender_name}</w:t>
      </w:r>
    </w:p>
    <w:p>
      <w:pPr>
        <w:pStyle w:val="Heading2"/>
      </w:pPr>
      <w:r>
        <w:t>13. Event Follow-up</w:t>
      </w:r>
    </w:p>
    <w:p>
      <w:r>
        <w:t>Subject: Nice meeting at {event}</w:t>
      </w:r>
    </w:p>
    <w:p>
      <w:r>
        <w:t>Hi {first_name},</w:t>
        <w:br/>
        <w:br/>
        <w:t>Good to meet at {event}. I can send a short outline based on your goals.</w:t>
        <w:br/>
        <w:br/>
        <w:t>— {sender_name}</w:t>
      </w:r>
    </w:p>
    <w:p>
      <w:pPr>
        <w:pStyle w:val="Heading2"/>
      </w:pPr>
      <w:r>
        <w:t>14. Opt-out Friendly Nurture</w:t>
      </w:r>
    </w:p>
    <w:p>
      <w:r>
        <w:t>Subject: Tiny monthly idea?</w:t>
      </w:r>
    </w:p>
    <w:p>
      <w:r>
        <w:t>Hi {first_name},</w:t>
        <w:br/>
        <w:br/>
        <w:t>I share one practical tip per month (no fluff). Want in?</w:t>
        <w:br/>
        <w:br/>
        <w:t>{sender_name}</w:t>
      </w:r>
    </w:p>
    <w:p>
      <w:pPr>
        <w:pStyle w:val="Heading2"/>
      </w:pPr>
      <w:r>
        <w:t>15. Warm Intro Ask</w:t>
      </w:r>
    </w:p>
    <w:p>
      <w:r>
        <w:t>Subject: Would you intro me to {contact_name}?</w:t>
      </w:r>
    </w:p>
    <w:p>
      <w:r>
        <w:t>Hi {first_name},</w:t>
        <w:br/>
        <w:br/>
        <w:t>If comfortable, would you introduce me to {contact_name} about {topic}? I’ll send a short note you can forward.</w:t>
        <w:br/>
        <w:br/>
        <w:t>Thanks,</w:t>
        <w:br/>
        <w:t>{sender_name}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© Global Digital Projects  ·  Book a call: https://calendly.com/mohdasif-digital/how-qualified-lead-works-for-agencies-growth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GDP  |  globaldigitalprojects.in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